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6"/>
        </w:rPr>
        <w:t>KÁBRT COMPANY</w:t>
      </w:r>
    </w:p>
    <w:p>
      <w:pPr>
        <w:jc w:val="center"/>
      </w:pPr>
      <w:r>
        <w:rPr>
          <w:b/>
          <w:sz w:val="30"/>
        </w:rPr>
        <w:t>Dokumenty pro příměstský taneční tábor</w:t>
      </w:r>
    </w:p>
    <w:p>
      <w:pPr>
        <w:jc w:val="center"/>
      </w:pPr>
      <w:r>
        <w:rPr>
          <w:i/>
        </w:rPr>
        <w:t>Vyplní a podepíše zákonný zástupce dítěte.</w:t>
      </w:r>
    </w:p>
    <w:p>
      <w:pPr>
        <w:spacing w:before="200" w:after="100"/>
      </w:pPr>
      <w:r>
        <w:rPr>
          <w:b/>
          <w:sz w:val="26"/>
        </w:rPr>
        <w:t>1. ÚDAJE O DÍTĚTI</w:t>
      </w:r>
    </w:p>
    <w:p>
      <w:pPr>
        <w:spacing w:after="80"/>
      </w:pPr>
      <w:r>
        <w:rPr>
          <w:b/>
        </w:rPr>
        <w:t xml:space="preserve">Jméno a příjmení dítěte: </w:t>
      </w:r>
      <w:r>
        <w:t>______________________________________________________________________</w:t>
      </w:r>
    </w:p>
    <w:p>
      <w:pPr>
        <w:spacing w:after="80"/>
      </w:pPr>
      <w:r>
        <w:rPr>
          <w:b/>
        </w:rPr>
        <w:t xml:space="preserve">Datum narození: </w:t>
      </w:r>
      <w:r>
        <w:t>______________________________________________________________________</w:t>
      </w:r>
    </w:p>
    <w:p>
      <w:pPr>
        <w:spacing w:after="80"/>
      </w:pPr>
      <w:r>
        <w:rPr>
          <w:b/>
        </w:rPr>
        <w:t xml:space="preserve">Adresa bydliště: </w:t>
      </w:r>
      <w:r>
        <w:t>______________________________________________________________________</w:t>
      </w:r>
    </w:p>
    <w:p>
      <w:pPr>
        <w:spacing w:after="80"/>
      </w:pPr>
      <w:r>
        <w:rPr>
          <w:b/>
        </w:rPr>
        <w:t xml:space="preserve">Termín příměstského tábora: </w:t>
      </w:r>
      <w:r>
        <w:t>______________________________________________________________________</w:t>
      </w:r>
    </w:p>
    <w:p>
      <w:pPr>
        <w:spacing w:after="80"/>
      </w:pPr>
      <w:r>
        <w:rPr>
          <w:b/>
        </w:rPr>
        <w:t xml:space="preserve">Jméno zákonného zástupce: </w:t>
      </w:r>
      <w:r>
        <w:t>______________________________________________________________________</w:t>
      </w:r>
    </w:p>
    <w:p>
      <w:pPr>
        <w:spacing w:after="80"/>
      </w:pPr>
      <w:r>
        <w:rPr>
          <w:b/>
        </w:rPr>
        <w:t xml:space="preserve">Telefon zákonného zástupce: </w:t>
      </w:r>
      <w:r>
        <w:t>______________________________________________________________________</w:t>
      </w:r>
    </w:p>
    <w:p>
      <w:pPr>
        <w:spacing w:after="80"/>
      </w:pPr>
      <w:r>
        <w:rPr>
          <w:b/>
        </w:rPr>
        <w:t xml:space="preserve">E-mail: </w:t>
      </w:r>
      <w:r>
        <w:t>______________________________________________________________________</w:t>
      </w:r>
    </w:p>
    <w:p>
      <w:pPr>
        <w:spacing w:before="200" w:after="100"/>
      </w:pPr>
      <w:r>
        <w:rPr>
          <w:b/>
          <w:sz w:val="26"/>
        </w:rPr>
        <w:t>2. ZDRAVOTNÍ INFORMACE O DÍTĚTI</w:t>
      </w:r>
    </w:p>
    <w:p>
      <w:r>
        <w:t>Uveďte všechny skutečnosti, které mohou být důležité pro bezpečný pobyt dítěte na táboře (alergie, zdravotní omezení, pravidelně užívané léky, dietní omezení apod.).</w:t>
      </w:r>
    </w:p>
    <w:p>
      <w:pPr>
        <w:spacing w:after="80"/>
      </w:pPr>
      <w:r>
        <w:rPr>
          <w:b/>
        </w:rPr>
        <w:t xml:space="preserve">Alergie / zdravotní omezení: </w:t>
      </w:r>
      <w:r>
        <w:t>____________________________________________________________</w:t>
      </w:r>
    </w:p>
    <w:p>
      <w:pPr>
        <w:spacing w:after="80"/>
      </w:pPr>
      <w:r>
        <w:rPr>
          <w:b/>
        </w:rPr>
        <w:t xml:space="preserve"> </w:t>
      </w:r>
      <w:r>
        <w:t>_____________________________________________________________________________________</w:t>
      </w:r>
    </w:p>
    <w:p>
      <w:pPr>
        <w:spacing w:after="80"/>
      </w:pPr>
      <w:r>
        <w:rPr>
          <w:b/>
        </w:rPr>
        <w:t xml:space="preserve">Pravidelně užívané léky: </w:t>
      </w:r>
      <w:r>
        <w:t>____________________________________________________________</w:t>
      </w:r>
    </w:p>
    <w:p>
      <w:pPr>
        <w:spacing w:after="80"/>
      </w:pPr>
      <w:r>
        <w:rPr>
          <w:b/>
        </w:rPr>
        <w:t xml:space="preserve"> </w:t>
      </w:r>
      <w:r>
        <w:t>_____________________________________________________________________________________</w:t>
      </w:r>
    </w:p>
    <w:p>
      <w:pPr>
        <w:spacing w:after="80"/>
      </w:pPr>
      <w:r>
        <w:rPr>
          <w:b/>
        </w:rPr>
        <w:t xml:space="preserve">Další důležité informace: </w:t>
      </w:r>
      <w:r>
        <w:t>____________________________________________________________</w:t>
      </w:r>
    </w:p>
    <w:p>
      <w:pPr>
        <w:spacing w:after="80"/>
      </w:pPr>
      <w:r>
        <w:rPr>
          <w:b/>
        </w:rPr>
        <w:t xml:space="preserve"> </w:t>
      </w:r>
      <w:r>
        <w:t>_____________________________________________________________________________________</w:t>
      </w:r>
    </w:p>
    <w:p>
      <w:pPr>
        <w:spacing w:after="60"/>
      </w:pPr>
      <w:r>
        <w:t>☐ Dítě nemá žádná známá zdravotní omezení, o kterých by měl pořadatel vědět.</w:t>
      </w:r>
    </w:p>
    <w:p>
      <w:pPr>
        <w:spacing w:after="60"/>
      </w:pPr>
      <w:r>
        <w:t>☐ Dítě má zdravotní omezení uvedená výše.</w:t>
      </w:r>
    </w:p>
    <w:p>
      <w:pPr>
        <w:spacing w:before="200" w:after="100"/>
      </w:pPr>
      <w:r>
        <w:rPr>
          <w:b/>
          <w:sz w:val="26"/>
        </w:rPr>
        <w:t>3. PROHLÁŠENÍ O ZDRAVOTNÍM STAVU A BEZINFEKČNOSTI</w:t>
      </w:r>
    </w:p>
    <w:p>
      <w:r>
        <w:t>Prohlašuji, že dítě nastupuje na příměstský taneční tábor zdravé, bez příznaků akutního infekčního onemocnění a podle mých aktuálních informací není důvod, který by bránil jeho účasti na programu. Zavazuji se neprodleně informovat pořadatele, pokud se zdravotní stav dítěte změní.</w:t>
      </w:r>
    </w:p>
    <w:p>
      <w:pPr>
        <w:spacing w:after="80"/>
      </w:pPr>
      <w:r>
        <w:rPr>
          <w:b/>
        </w:rPr>
        <w:t xml:space="preserve">V </w:t>
      </w:r>
      <w:r>
        <w:t>____________________</w:t>
      </w:r>
    </w:p>
    <w:p>
      <w:pPr>
        <w:spacing w:after="80"/>
      </w:pPr>
      <w:r>
        <w:rPr>
          <w:b/>
        </w:rPr>
        <w:t xml:space="preserve">Dne </w:t>
      </w:r>
      <w:r>
        <w:t>____________________</w:t>
      </w:r>
    </w:p>
    <w:p>
      <w:pPr>
        <w:spacing w:after="80"/>
      </w:pPr>
      <w:r>
        <w:rPr>
          <w:b/>
        </w:rPr>
        <w:t xml:space="preserve">Podpis zákonného zástupce: </w:t>
      </w:r>
      <w:r>
        <w:t>_____________________________________________</w:t>
      </w:r>
    </w:p>
    <w:p>
      <w:pPr>
        <w:spacing w:before="200" w:after="100"/>
      </w:pPr>
      <w:r>
        <w:rPr>
          <w:b/>
          <w:sz w:val="26"/>
        </w:rPr>
        <w:t>4. PŘEDÁVÁNÍ A VYZVEDÁVÁNÍ DÍTĚTE</w:t>
      </w:r>
    </w:p>
    <w:p>
      <w:r>
        <w:t>Osoby oprávněné dítě vyzvednout:</w:t>
      </w:r>
    </w:p>
    <w:p>
      <w:pPr>
        <w:spacing w:after="80"/>
      </w:pPr>
      <w:r>
        <w:rPr>
          <w:b/>
        </w:rPr>
        <w:t xml:space="preserve">1. </w:t>
      </w:r>
      <w:r>
        <w:t>_________________________________________________________________</w:t>
      </w:r>
    </w:p>
    <w:p>
      <w:pPr>
        <w:spacing w:after="80"/>
      </w:pPr>
      <w:r>
        <w:rPr>
          <w:b/>
        </w:rPr>
        <w:t xml:space="preserve">2. </w:t>
      </w:r>
      <w:r>
        <w:t>_________________________________________________________________</w:t>
      </w:r>
    </w:p>
    <w:p>
      <w:pPr>
        <w:spacing w:after="80"/>
      </w:pPr>
      <w:r>
        <w:rPr>
          <w:b/>
        </w:rPr>
        <w:t xml:space="preserve">3. </w:t>
      </w:r>
      <w:r>
        <w:t>_________________________________________________________________</w:t>
      </w:r>
    </w:p>
    <w:p>
      <w:pPr>
        <w:spacing w:after="60"/>
      </w:pPr>
      <w:r>
        <w:t>☐ Dítě může po skončení programu odcházet samo.</w:t>
      </w:r>
    </w:p>
    <w:p>
      <w:pPr>
        <w:spacing w:after="60"/>
      </w:pPr>
      <w:r>
        <w:t>☐ Dítě nesmí odcházet samo a musí být předáno oprávněné osobě.</w:t>
      </w:r>
    </w:p>
    <w:p>
      <w:pPr>
        <w:spacing w:before="200" w:after="100"/>
      </w:pPr>
      <w:r>
        <w:rPr>
          <w:b/>
          <w:sz w:val="26"/>
        </w:rPr>
        <w:t>5. SOUHLAS PRO PŘÍPAD NÁHLÉHO ZDRAVOTNÍHO PROBLÉMU</w:t>
      </w:r>
    </w:p>
    <w:p>
      <w:r>
        <w:t>Beru na vědomí, že v případě úrazu nebo náhlého zhoršení zdravotního stavu pořadatel zajistí nezbytnou první pomoc, bude kontaktovat zákonného zástupce a podle závažnosti situace přivolá zdravotnickou záchrannou službu.</w:t>
      </w:r>
    </w:p>
    <w:p>
      <w:pPr>
        <w:spacing w:after="80"/>
      </w:pPr>
      <w:r>
        <w:rPr>
          <w:b/>
        </w:rPr>
        <w:t xml:space="preserve">Telefon pro naléhavé případy: </w:t>
      </w:r>
      <w:r>
        <w:t>__________________________________________________</w:t>
      </w:r>
    </w:p>
    <w:p>
      <w:pPr>
        <w:spacing w:after="80"/>
      </w:pPr>
      <w:r>
        <w:rPr>
          <w:b/>
        </w:rPr>
        <w:t xml:space="preserve">Podpis zákonného zástupce: </w:t>
      </w:r>
      <w:r>
        <w:t>_____________________________________________</w:t>
      </w:r>
    </w:p>
    <w:p>
      <w:r>
        <w:br w:type="page"/>
      </w:r>
    </w:p>
    <w:p>
      <w:pPr>
        <w:spacing w:before="200" w:after="100"/>
      </w:pPr>
      <w:r>
        <w:rPr>
          <w:b/>
          <w:sz w:val="26"/>
        </w:rPr>
        <w:t>6. SOUHLAS S POŘIZOVÁNÍM A UŽITÍM FOTOGRAFIÍ A VIDEÍ</w:t>
      </w:r>
    </w:p>
    <w:p>
      <w:r>
        <w:t>V průběhu tábora mohou vznikat fotografie a audiovizuální záznamy zachycující program a činnost dětí. Souhlas je dobrovolný a jeho neudělení nemá vliv na účast dítěte na táboře.</w:t>
      </w:r>
    </w:p>
    <w:p>
      <w:pPr>
        <w:spacing w:after="60"/>
      </w:pPr>
      <w:r>
        <w:t>☐ SOUHLASÍM s pořizováním a použitím fotografií a videí dítěte pro prezentaci Kábrt Company (např. web, sociální sítě a propagační materiály).</w:t>
      </w:r>
    </w:p>
    <w:p>
      <w:pPr>
        <w:spacing w:after="60"/>
      </w:pPr>
      <w:r>
        <w:t>☐ NESOUHLASÍM s použitím fotografií a videí dítěte pro propagační účely.</w:t>
      </w:r>
    </w:p>
    <w:p>
      <w:pPr>
        <w:spacing w:after="80"/>
      </w:pPr>
      <w:r>
        <w:rPr>
          <w:b/>
        </w:rPr>
        <w:t xml:space="preserve">Jméno dítěte: </w:t>
      </w:r>
      <w:r>
        <w:t>_______________________________________________________</w:t>
      </w:r>
    </w:p>
    <w:p>
      <w:pPr>
        <w:spacing w:after="80"/>
      </w:pPr>
      <w:r>
        <w:rPr>
          <w:b/>
        </w:rPr>
        <w:t xml:space="preserve">Datum: </w:t>
      </w:r>
      <w:r>
        <w:t>_________________________</w:t>
      </w:r>
    </w:p>
    <w:p>
      <w:pPr>
        <w:spacing w:after="80"/>
      </w:pPr>
      <w:r>
        <w:rPr>
          <w:b/>
        </w:rPr>
        <w:t xml:space="preserve">Podpis zákonného zástupce: </w:t>
      </w:r>
      <w:r>
        <w:t>_____________________________________________</w:t>
      </w:r>
    </w:p>
    <w:p>
      <w:pPr>
        <w:spacing w:before="200" w:after="100"/>
      </w:pPr>
      <w:r>
        <w:rPr>
          <w:b/>
          <w:sz w:val="26"/>
        </w:rPr>
        <w:t>7. ORGANIZAČNÍ INFORMACE A POTVRZENÍ RODIČE</w:t>
      </w:r>
    </w:p>
    <w:p>
      <w:r>
        <w:t>Tábor začíná každý den v 8:30 hodin. Dítě je možné přivést již od 7:30 hodin. Rodič odpovídá za předání dítěte pořadateli a za jeho včasné vyzvednutí.</w:t>
      </w:r>
    </w:p>
    <w:p>
      <w:r>
        <w:t>Dítě má mít s sebou:</w:t>
      </w:r>
    </w:p>
    <w:p>
      <w:pPr>
        <w:pStyle w:val="ListBullet"/>
      </w:pPr>
      <w:r>
        <w:t>černé ponožky;</w:t>
      </w:r>
    </w:p>
    <w:p>
      <w:pPr>
        <w:pStyle w:val="ListBullet"/>
      </w:pPr>
      <w:r>
        <w:t>černé tepláky, legíny nebo kraťasy;</w:t>
      </w:r>
    </w:p>
    <w:p>
      <w:pPr>
        <w:pStyle w:val="ListBullet"/>
      </w:pPr>
      <w:r>
        <w:t>černé tričko Kábrt Company, případně jiné černé tričko nebo tílko;</w:t>
      </w:r>
    </w:p>
    <w:p>
      <w:pPr>
        <w:pStyle w:val="ListBullet"/>
      </w:pPr>
      <w:r>
        <w:t>láhev na pití;</w:t>
      </w:r>
    </w:p>
    <w:p>
      <w:pPr>
        <w:pStyle w:val="ListBullet"/>
      </w:pPr>
      <w:r>
        <w:t>oblečení na ven podle počasí včetně čepice;</w:t>
      </w:r>
    </w:p>
    <w:p>
      <w:pPr>
        <w:pStyle w:val="ListBullet"/>
      </w:pPr>
      <w:r>
        <w:t>batoh;</w:t>
      </w:r>
    </w:p>
    <w:p>
      <w:pPr>
        <w:pStyle w:val="ListBullet"/>
      </w:pPr>
      <w:r>
        <w:t>vlastní oběd, pokud pořadatel pro daný tábor nestanoví jinak.</w:t>
      </w:r>
    </w:p>
    <w:p>
      <w:r>
        <w:t>Svačiny a pitný režim během dne zajišťuje Kábrt Company, pokud není pro konkrétní termín uvedeno jinak.</w:t>
      </w:r>
    </w:p>
    <w:p>
      <w:pPr>
        <w:spacing w:after="60"/>
      </w:pPr>
      <w:r>
        <w:t>☐ Potvrzuji, že jsem se seznámil/a s organizačními informacemi a předám dítě na tábor zdravé.</w:t>
      </w:r>
    </w:p>
    <w:p>
      <w:pPr>
        <w:spacing w:after="80"/>
      </w:pPr>
      <w:r>
        <w:rPr>
          <w:b/>
        </w:rPr>
        <w:t xml:space="preserve">Datum: </w:t>
      </w:r>
      <w:r>
        <w:t>_________________________</w:t>
      </w:r>
    </w:p>
    <w:p>
      <w:pPr>
        <w:spacing w:after="80"/>
      </w:pPr>
      <w:r>
        <w:rPr>
          <w:b/>
        </w:rPr>
        <w:t xml:space="preserve">Podpis zákonného zástupce: </w:t>
      </w:r>
      <w:r>
        <w:t>_____________________________________________</w:t>
      </w:r>
    </w:p>
    <w:p>
      <w:pPr>
        <w:spacing w:before="200" w:after="100"/>
      </w:pPr>
      <w:r>
        <w:rPr>
          <w:b/>
          <w:sz w:val="26"/>
        </w:rPr>
        <w:t>8. POJIŠTĚNÍ</w:t>
      </w:r>
    </w:p>
    <w:p>
      <w:r>
        <w:t>Doporučujeme rodičům ověřit, zda má dítě sjednané odpovídající úrazové pojištění. Informaci o případném pojištění můžete uvést níže.</w:t>
      </w:r>
    </w:p>
    <w:p>
      <w:pPr>
        <w:spacing w:after="80"/>
      </w:pPr>
      <w:r>
        <w:rPr>
          <w:b/>
        </w:rPr>
        <w:t xml:space="preserve">Pojišťovna / číslo pojistky (nepovinné): </w:t>
      </w:r>
      <w:r>
        <w:t>_____________________________________________</w:t>
      </w:r>
    </w:p>
    <w:p>
      <w:pPr>
        <w:spacing w:before="200" w:after="100"/>
      </w:pPr>
      <w:r>
        <w:rPr>
          <w:b/>
          <w:sz w:val="26"/>
        </w:rPr>
        <w:t>9. ZÁVĚREČNÉ POTVRZENÍ</w:t>
      </w:r>
    </w:p>
    <w:p>
      <w:r>
        <w:t>Potvrzuji, že údaje uvedené v tomto dokumentu jsou pravdivé a aktuální. V případě změny důležitých údajů budu pořadatele bez zbytečného odkladu informovat.</w:t>
      </w:r>
    </w:p>
    <w:p>
      <w:pPr>
        <w:spacing w:after="80"/>
      </w:pPr>
      <w:r>
        <w:rPr>
          <w:b/>
        </w:rPr>
        <w:t xml:space="preserve">Jméno zákonného zástupce: </w:t>
      </w:r>
      <w:r>
        <w:t>__________________________________________________</w:t>
      </w:r>
    </w:p>
    <w:p>
      <w:pPr>
        <w:spacing w:after="80"/>
      </w:pPr>
      <w:r>
        <w:rPr>
          <w:b/>
        </w:rPr>
        <w:t xml:space="preserve">V </w:t>
      </w:r>
      <w:r>
        <w:t>____________________</w:t>
      </w:r>
    </w:p>
    <w:p>
      <w:pPr>
        <w:spacing w:after="80"/>
      </w:pPr>
      <w:r>
        <w:rPr>
          <w:b/>
        </w:rPr>
        <w:t xml:space="preserve">Dne </w:t>
      </w:r>
      <w:r>
        <w:t>____________________</w:t>
      </w:r>
    </w:p>
    <w:p>
      <w:pPr>
        <w:spacing w:after="80"/>
      </w:pPr>
      <w:r>
        <w:rPr>
          <w:b/>
        </w:rPr>
        <w:t xml:space="preserve">Podpis zákonného zástupce: </w:t>
      </w:r>
      <w:r>
        <w:t>_____________________________________________</w:t>
      </w:r>
    </w:p>
    <w:p>
      <w:pPr>
        <w:spacing w:before="280"/>
      </w:pPr>
      <w:r>
        <w:rPr>
          <w:b/>
        </w:rPr>
        <w:t xml:space="preserve">Poznámka pro pořadatele: </w:t>
      </w:r>
      <w:r>
        <w:t>Dokument je připraven jako praktický organizační formulář. Konkrétní zákonné povinnosti se mohou lišit podle charakteru, délky a režimu akce.</w:t>
      </w:r>
    </w:p>
    <w:sectPr w:rsidR="00FC693F" w:rsidRPr="0006063C" w:rsidSect="00034616">
      <w:pgSz w:w="12240" w:h="15840"/>
      <w:pgMar w:top="964" w:right="1134" w:bottom="96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